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0205" w14:textId="77777777" w:rsidR="00896E1E" w:rsidRDefault="003A1284">
      <w:pPr>
        <w:spacing w:after="20"/>
        <w:jc w:val="center"/>
      </w:pPr>
      <w:r>
        <w:rPr>
          <w:rFonts w:ascii="Aptos Display" w:hAnsi="Aptos Display"/>
          <w:b/>
          <w:color w:val="194155"/>
          <w:sz w:val="42"/>
        </w:rPr>
        <w:t>ВЕЛИЗАРА ИВАЙЛОВА МАРИНОВА</w:t>
      </w:r>
    </w:p>
    <w:p w14:paraId="61AD6DE1" w14:textId="77777777" w:rsidR="00896E1E" w:rsidRDefault="003A1284">
      <w:pPr>
        <w:jc w:val="center"/>
      </w:pPr>
      <w:r>
        <w:rPr>
          <w:b/>
          <w:color w:val="195F73"/>
          <w:sz w:val="18"/>
        </w:rPr>
        <w:t>КУХНЯ • СЛАДКАРСТВО • ХОТЕЛИЕРСТВО И РЕСТОРАНТЬОРСТВО</w:t>
      </w:r>
    </w:p>
    <w:p w14:paraId="555D3883" w14:textId="77777777" w:rsidR="00896E1E" w:rsidRDefault="003A1284">
      <w:pPr>
        <w:spacing w:after="160"/>
        <w:jc w:val="center"/>
      </w:pPr>
      <w:r>
        <w:rPr>
          <w:color w:val="555F69"/>
          <w:sz w:val="17"/>
        </w:rPr>
        <w:t>Телефон: 0879851912  |  Имейл: Velizaramarinova675@gmail.com  |  България</w:t>
      </w:r>
    </w:p>
    <w:p w14:paraId="744DE961" w14:textId="77777777" w:rsidR="00896E1E" w:rsidRDefault="003A1284">
      <w:pPr>
        <w:pStyle w:val="Heading2"/>
      </w:pPr>
      <w:r>
        <w:t>ПРОФЕСИОНАЛЕН ПРОФИЛ</w:t>
      </w:r>
    </w:p>
    <w:p w14:paraId="6BFF2EBD" w14:textId="77777777" w:rsidR="00896E1E" w:rsidRDefault="003A1284">
      <w:r>
        <w:t>Кандидат с около 6 години опит в кухнята, включително работа като помощник-готвач и в студена кухня, както и един сезон опит в сладкарството. Практически умения при приготвяне на десерти, торти и бисквити. Търся подходяща позиция в кухня, сладкарство или друга близка сфера, с възможност за развитие и усвояване на нови умения.</w:t>
      </w:r>
    </w:p>
    <w:p w14:paraId="37B0F648" w14:textId="77777777" w:rsidR="00896E1E" w:rsidRDefault="003A1284">
      <w:pPr>
        <w:pStyle w:val="Heading2"/>
      </w:pPr>
      <w:r>
        <w:t>ПРОФЕСИОНАЛЕН ОПИТ</w:t>
      </w:r>
    </w:p>
    <w:p w14:paraId="1AE4F81B" w14:textId="77777777" w:rsidR="00896E1E" w:rsidRDefault="003A1284">
      <w:pPr>
        <w:spacing w:after="20"/>
      </w:pPr>
      <w:r>
        <w:rPr>
          <w:b/>
          <w:color w:val="194155"/>
        </w:rPr>
        <w:t>Помощник-готвач / работа в кухня</w:t>
      </w:r>
      <w:r>
        <w:rPr>
          <w:i/>
          <w:sz w:val="17"/>
        </w:rPr>
        <w:t xml:space="preserve">  |  Около 6 години опит</w:t>
      </w:r>
    </w:p>
    <w:p w14:paraId="5D0EF661" w14:textId="77777777" w:rsidR="00896E1E" w:rsidRDefault="003A1284">
      <w:pPr>
        <w:pStyle w:val="ListBullet"/>
        <w:spacing w:after="20"/>
        <w:ind w:left="317" w:hanging="173"/>
      </w:pPr>
      <w:r>
        <w:t>Работа в кухненска среда, включително студена кухня.</w:t>
      </w:r>
    </w:p>
    <w:p w14:paraId="220EC786" w14:textId="77777777" w:rsidR="00896E1E" w:rsidRDefault="003A1284">
      <w:pPr>
        <w:pStyle w:val="ListBullet"/>
        <w:spacing w:after="20"/>
        <w:ind w:left="317" w:hanging="173"/>
      </w:pPr>
      <w:r>
        <w:t>Подготовка и обработка на продукти и подпомагане на ежедневната работа на кухнята.</w:t>
      </w:r>
    </w:p>
    <w:p w14:paraId="2C0922D1" w14:textId="77777777" w:rsidR="00896E1E" w:rsidRDefault="003A1284">
      <w:pPr>
        <w:pStyle w:val="ListBullet"/>
        <w:spacing w:after="20"/>
        <w:ind w:left="317" w:hanging="173"/>
      </w:pPr>
      <w:r>
        <w:t>Сезонен опит в ресторанти в България, включително по Черноморието и в Банско.</w:t>
      </w:r>
    </w:p>
    <w:p w14:paraId="75897C2C" w14:textId="77777777" w:rsidR="00896E1E" w:rsidRDefault="003A1284">
      <w:pPr>
        <w:spacing w:after="20"/>
      </w:pPr>
      <w:r>
        <w:rPr>
          <w:b/>
          <w:color w:val="194155"/>
        </w:rPr>
        <w:t>Сладкар / помощник-сладкар</w:t>
      </w:r>
      <w:r>
        <w:rPr>
          <w:i/>
          <w:sz w:val="17"/>
        </w:rPr>
        <w:t xml:space="preserve">  |  Един сезон опит</w:t>
      </w:r>
    </w:p>
    <w:p w14:paraId="366D926E" w14:textId="77777777" w:rsidR="00896E1E" w:rsidRDefault="003A1284">
      <w:pPr>
        <w:pStyle w:val="ListBullet"/>
        <w:spacing w:after="20"/>
        <w:ind w:left="317" w:hanging="173"/>
      </w:pPr>
      <w:r>
        <w:t>Приготвяне на панакота и крем брюле.</w:t>
      </w:r>
    </w:p>
    <w:p w14:paraId="249755E9" w14:textId="77777777" w:rsidR="00896E1E" w:rsidRDefault="003A1284">
      <w:pPr>
        <w:pStyle w:val="ListBullet"/>
        <w:spacing w:after="20"/>
        <w:ind w:left="317" w:hanging="173"/>
      </w:pPr>
      <w:r>
        <w:t>Приготвяне на торти, бисквити и многослойни/трицветни десерти.</w:t>
      </w:r>
    </w:p>
    <w:p w14:paraId="5CC79E37" w14:textId="77777777" w:rsidR="00896E1E" w:rsidRDefault="003A1284">
      <w:pPr>
        <w:pStyle w:val="Heading2"/>
      </w:pPr>
      <w:r>
        <w:t>ОБРАЗОВАНИЕ</w:t>
      </w:r>
    </w:p>
    <w:p w14:paraId="710D8443" w14:textId="77777777" w:rsidR="00896E1E" w:rsidRDefault="003A1284">
      <w:r>
        <w:t>Колеж по туризъм, Благоевград — обучение в специалност, свързана с организацията и управлението на хотели и ресторанти (в процес на обучение).</w:t>
      </w:r>
    </w:p>
    <w:p w14:paraId="2E97E7D7" w14:textId="77777777" w:rsidR="00896E1E" w:rsidRDefault="003A1284">
      <w:pPr>
        <w:pStyle w:val="Heading2"/>
      </w:pPr>
      <w:r>
        <w:t>УМЕНИЯ</w:t>
      </w:r>
    </w:p>
    <w:p w14:paraId="14A5F35B" w14:textId="77777777" w:rsidR="00896E1E" w:rsidRDefault="003A1284">
      <w:r>
        <w:t>Работа в студена кухня • Подготовка на продукти и кухненска организация • Основни сладкарски изделия и десерти • Работа в сезонни ресторантски екипи • Желание за учене и професионално развитие</w:t>
      </w:r>
    </w:p>
    <w:p w14:paraId="3D75B224" w14:textId="77777777" w:rsidR="00896E1E" w:rsidRDefault="003A1284">
      <w:pPr>
        <w:pStyle w:val="Heading2"/>
      </w:pPr>
      <w:r>
        <w:t>ЕЗИЦИ</w:t>
      </w:r>
    </w:p>
    <w:p w14:paraId="673FDEE0" w14:textId="77777777" w:rsidR="00896E1E" w:rsidRDefault="003A1284">
      <w:r>
        <w:t>Български — роден език; Английски — основно ниво.</w:t>
      </w:r>
    </w:p>
    <w:p w14:paraId="18562260" w14:textId="77777777" w:rsidR="00896E1E" w:rsidRDefault="003A1284">
      <w:pPr>
        <w:pStyle w:val="Heading2"/>
      </w:pPr>
      <w:r>
        <w:t>ПРЕДПОЧИТАНИЯ ЗА РАБОТА</w:t>
      </w:r>
    </w:p>
    <w:p w14:paraId="3B717F0A" w14:textId="77777777" w:rsidR="00896E1E" w:rsidRDefault="003A1284">
      <w:r>
        <w:t>Отворена съм към подходящи предложения в България и чужбина. Условията, работното време и възможността за настаняване могат да бъдат уточнени според позицията.</w:t>
      </w:r>
    </w:p>
    <w:p w14:paraId="0C236506" w14:textId="77777777" w:rsidR="00896E1E" w:rsidRDefault="003A1284">
      <w:r>
        <w:br w:type="page"/>
      </w:r>
    </w:p>
    <w:p w14:paraId="44E7481C" w14:textId="77777777" w:rsidR="00896E1E" w:rsidRDefault="003A1284">
      <w:pPr>
        <w:spacing w:after="20"/>
        <w:jc w:val="center"/>
      </w:pPr>
      <w:r>
        <w:rPr>
          <w:rFonts w:ascii="Aptos Display" w:hAnsi="Aptos Display"/>
          <w:b/>
          <w:color w:val="194155"/>
          <w:sz w:val="42"/>
        </w:rPr>
        <w:lastRenderedPageBreak/>
        <w:t>VELIZARA IVAYLOVA MARINOVA</w:t>
      </w:r>
    </w:p>
    <w:p w14:paraId="77C62519" w14:textId="77777777" w:rsidR="00896E1E" w:rsidRDefault="003A1284">
      <w:pPr>
        <w:jc w:val="center"/>
      </w:pPr>
      <w:r>
        <w:rPr>
          <w:b/>
          <w:color w:val="195F73"/>
          <w:sz w:val="18"/>
        </w:rPr>
        <w:t>KITCHEN • PASTRY • HOSPITALITY</w:t>
      </w:r>
    </w:p>
    <w:p w14:paraId="078A2280" w14:textId="77777777" w:rsidR="00896E1E" w:rsidRDefault="003A1284">
      <w:pPr>
        <w:spacing w:after="160"/>
        <w:jc w:val="center"/>
      </w:pPr>
      <w:r>
        <w:rPr>
          <w:color w:val="555F69"/>
          <w:sz w:val="17"/>
        </w:rPr>
        <w:t>Phone: 0879851912  |  Email: Velizaramarinova675@gmail.com  |  Bulgaria</w:t>
      </w:r>
    </w:p>
    <w:p w14:paraId="595A4A10" w14:textId="77777777" w:rsidR="00896E1E" w:rsidRDefault="003A1284">
      <w:pPr>
        <w:pStyle w:val="Heading2"/>
      </w:pPr>
      <w:r>
        <w:t>PROFESSIONAL PROFILE</w:t>
      </w:r>
    </w:p>
    <w:p w14:paraId="77D81F2D" w14:textId="77777777" w:rsidR="00896E1E" w:rsidRDefault="003A1284">
      <w:r>
        <w:t>Candidate with approximately six years of kitchen experience, including assistant cook and cold-kitchen work, plus one season of pastry experience. Practical experience preparing desserts, cakes and cookies. Seeking a suitable role in a kitchen, pastry section or a related hospitality position, with opportunities to learn and develop.</w:t>
      </w:r>
    </w:p>
    <w:p w14:paraId="3930F99C" w14:textId="77777777" w:rsidR="00896E1E" w:rsidRDefault="003A1284">
      <w:pPr>
        <w:pStyle w:val="Heading2"/>
      </w:pPr>
      <w:r>
        <w:t>WORK EXPERIENCE</w:t>
      </w:r>
    </w:p>
    <w:p w14:paraId="26E49DAE" w14:textId="77777777" w:rsidR="00896E1E" w:rsidRDefault="003A1284">
      <w:pPr>
        <w:spacing w:after="20"/>
      </w:pPr>
      <w:r>
        <w:rPr>
          <w:b/>
          <w:color w:val="194155"/>
        </w:rPr>
        <w:t>Assistant Cook / Kitchen Work</w:t>
      </w:r>
      <w:r>
        <w:rPr>
          <w:i/>
          <w:sz w:val="17"/>
        </w:rPr>
        <w:t xml:space="preserve">  |  Approximately 6 years' experience</w:t>
      </w:r>
    </w:p>
    <w:p w14:paraId="2B81E50B" w14:textId="77777777" w:rsidR="00896E1E" w:rsidRDefault="003A1284">
      <w:pPr>
        <w:pStyle w:val="ListBullet"/>
        <w:spacing w:after="20"/>
        <w:ind w:left="317" w:hanging="173"/>
      </w:pPr>
      <w:r>
        <w:t>Experience in a kitchen environment, including cold-kitchen work.</w:t>
      </w:r>
    </w:p>
    <w:p w14:paraId="313C9FC1" w14:textId="77777777" w:rsidR="00896E1E" w:rsidRDefault="003A1284">
      <w:pPr>
        <w:pStyle w:val="ListBullet"/>
        <w:spacing w:after="20"/>
        <w:ind w:left="317" w:hanging="173"/>
      </w:pPr>
      <w:r>
        <w:t>Food preparation and supporting day-to-day kitchen operations.</w:t>
      </w:r>
    </w:p>
    <w:p w14:paraId="7DC970E6" w14:textId="77777777" w:rsidR="00896E1E" w:rsidRDefault="003A1284">
      <w:pPr>
        <w:pStyle w:val="ListBullet"/>
        <w:spacing w:after="20"/>
        <w:ind w:left="317" w:hanging="173"/>
      </w:pPr>
      <w:r>
        <w:t>Seasonal restaurant experience in Bulgaria, including the Black Sea coast and Bansko.</w:t>
      </w:r>
    </w:p>
    <w:p w14:paraId="33FD13D4" w14:textId="77777777" w:rsidR="00896E1E" w:rsidRDefault="003A1284">
      <w:pPr>
        <w:spacing w:after="20"/>
      </w:pPr>
      <w:r>
        <w:rPr>
          <w:b/>
          <w:color w:val="194155"/>
        </w:rPr>
        <w:t>Pastry Cook / Pastry Assistant</w:t>
      </w:r>
      <w:r>
        <w:rPr>
          <w:i/>
          <w:sz w:val="17"/>
        </w:rPr>
        <w:t xml:space="preserve">  |  One season of experience</w:t>
      </w:r>
    </w:p>
    <w:p w14:paraId="0EEE71A1" w14:textId="77777777" w:rsidR="00896E1E" w:rsidRDefault="003A1284">
      <w:pPr>
        <w:pStyle w:val="ListBullet"/>
        <w:spacing w:after="20"/>
        <w:ind w:left="317" w:hanging="173"/>
      </w:pPr>
      <w:r>
        <w:t>Preparing panna cotta and crème brûlée.</w:t>
      </w:r>
    </w:p>
    <w:p w14:paraId="6C89D725" w14:textId="77777777" w:rsidR="00896E1E" w:rsidRDefault="003A1284">
      <w:pPr>
        <w:pStyle w:val="ListBullet"/>
        <w:spacing w:after="20"/>
        <w:ind w:left="317" w:hanging="173"/>
      </w:pPr>
      <w:r>
        <w:t>Preparing cakes, cookies and layered/three-colour desserts.</w:t>
      </w:r>
    </w:p>
    <w:p w14:paraId="7F0FA657" w14:textId="77777777" w:rsidR="00896E1E" w:rsidRDefault="003A1284">
      <w:pPr>
        <w:pStyle w:val="Heading2"/>
      </w:pPr>
      <w:r>
        <w:t>EDUCATION</w:t>
      </w:r>
    </w:p>
    <w:p w14:paraId="166D5A35" w14:textId="77777777" w:rsidR="00896E1E" w:rsidRDefault="003A1284">
      <w:r>
        <w:t>Tourism College, Blagoevgrad — currently studying a programme related to the organisation and management of hotels and restaurants.</w:t>
      </w:r>
    </w:p>
    <w:p w14:paraId="7C2A6DCE" w14:textId="77777777" w:rsidR="00896E1E" w:rsidRDefault="003A1284">
      <w:pPr>
        <w:pStyle w:val="Heading2"/>
      </w:pPr>
      <w:r>
        <w:t>SKILLS</w:t>
      </w:r>
    </w:p>
    <w:p w14:paraId="02C36DC7" w14:textId="77777777" w:rsidR="00896E1E" w:rsidRDefault="003A1284">
      <w:r>
        <w:t>Cold-kitchen work • Food preparation and kitchen organisation • Basic pastry items and desserts • Working in seasonal restaurant teams • Willingness to learn and develop professionally</w:t>
      </w:r>
    </w:p>
    <w:p w14:paraId="1E571B2D" w14:textId="77777777" w:rsidR="00896E1E" w:rsidRDefault="003A1284">
      <w:pPr>
        <w:pStyle w:val="Heading2"/>
      </w:pPr>
      <w:r>
        <w:t>LANGUAGES</w:t>
      </w:r>
    </w:p>
    <w:p w14:paraId="0EBA4374" w14:textId="77777777" w:rsidR="00896E1E" w:rsidRDefault="003A1284">
      <w:r>
        <w:t>Bulgarian — native; English — basic.</w:t>
      </w:r>
    </w:p>
    <w:p w14:paraId="1ABA62CE" w14:textId="77777777" w:rsidR="00896E1E" w:rsidRDefault="003A1284">
      <w:pPr>
        <w:pStyle w:val="Heading2"/>
      </w:pPr>
      <w:r>
        <w:t>WORK PREFERENCES</w:t>
      </w:r>
    </w:p>
    <w:p w14:paraId="7B6D2C02" w14:textId="77777777" w:rsidR="00896E1E" w:rsidRDefault="003A1284">
      <w:r>
        <w:t>Open to suitable opportunities in Bulgaria and abroad. Work conditions, schedule and accommodation can be discussed depending on the position.</w:t>
      </w:r>
    </w:p>
    <w:sectPr w:rsidR="00896E1E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612856">
    <w:abstractNumId w:val="8"/>
  </w:num>
  <w:num w:numId="2" w16cid:durableId="571354289">
    <w:abstractNumId w:val="6"/>
  </w:num>
  <w:num w:numId="3" w16cid:durableId="40324367">
    <w:abstractNumId w:val="5"/>
  </w:num>
  <w:num w:numId="4" w16cid:durableId="2042243315">
    <w:abstractNumId w:val="4"/>
  </w:num>
  <w:num w:numId="5" w16cid:durableId="1065297938">
    <w:abstractNumId w:val="7"/>
  </w:num>
  <w:num w:numId="6" w16cid:durableId="692074154">
    <w:abstractNumId w:val="3"/>
  </w:num>
  <w:num w:numId="7" w16cid:durableId="592976079">
    <w:abstractNumId w:val="2"/>
  </w:num>
  <w:num w:numId="8" w16cid:durableId="512190851">
    <w:abstractNumId w:val="1"/>
  </w:num>
  <w:num w:numId="9" w16cid:durableId="64844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1284"/>
    <w:rsid w:val="006D255D"/>
    <w:rsid w:val="00896E1E"/>
    <w:rsid w:val="00AA1D8D"/>
    <w:rsid w:val="00B47730"/>
    <w:rsid w:val="00CB0664"/>
    <w:rsid w:val="00D368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C0A2D"/>
  <w14:defaultImageDpi w14:val="300"/>
  <w15:docId w15:val="{649AE01C-7EB4-4DF0-B483-26C1EED7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741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/>
      <w:b/>
      <w:bCs/>
      <w:color w:val="195F7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k87867</cp:lastModifiedBy>
  <cp:revision>2</cp:revision>
  <dcterms:created xsi:type="dcterms:W3CDTF">2026-10-14T07:34:00Z</dcterms:created>
  <dcterms:modified xsi:type="dcterms:W3CDTF">2026-10-14T07:34:00Z</dcterms:modified>
  <cp:category/>
</cp:coreProperties>
</file>